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rPr>
          <w:b/>
        </w:rPr>
        <w:t>Intervjunotater fra ledergruppen</w:t>
      </w:r>
    </w:p>
    <w:p>
      <w:r>
        <w:rPr>
          <w:i/>
        </w:rPr>
        <w:t>Demo-kilde for Researcher i Microsoft 365 Copilot</w:t>
      </w:r>
    </w:p>
    <w:p>
      <w:r>
        <w:rPr>
          <w:b/>
        </w:rPr>
        <w:t xml:space="preserve">Virksomhet: </w:t>
      </w:r>
      <w:r>
        <w:t xml:space="preserve">Nordvik Prosjektservice AS | </w:t>
      </w:r>
      <w:r>
        <w:rPr>
          <w:b/>
        </w:rPr>
        <w:t xml:space="preserve">Møteform: </w:t>
      </w:r>
      <w:r>
        <w:t xml:space="preserve">uformelt ledermøte | </w:t>
      </w:r>
      <w:r>
        <w:rPr>
          <w:b/>
        </w:rPr>
        <w:t xml:space="preserve">Formål: </w:t>
      </w:r>
      <w:r>
        <w:t>identifisere gode første Copilot-tiltak de neste 30 dagene</w:t>
      </w:r>
    </w:p>
    <w:p>
      <w:pPr>
        <w:pStyle w:val="Heading1"/>
      </w:pPr>
      <w:r>
        <w:t>Rå notater</w:t>
      </w:r>
    </w:p>
    <w:p>
      <w:r>
        <w:t>Dette dokumentet er bevisst skrevet som korte og delvis ustrukturerte notater. Det skal gi Researcher en mer realistisk intern kilde enn et ferdig konsulentnotat.</w:t>
      </w:r>
    </w:p>
    <w:p>
      <w:pPr>
        <w:pStyle w:val="Heading2"/>
      </w:pPr>
      <w:r>
        <w:t>Daglig leder</w:t>
      </w:r>
    </w:p>
    <w:p>
      <w:pPr>
        <w:pStyle w:val="ListBullet"/>
      </w:pPr>
      <w:r>
        <w:t>Ønsker rask nytte av Copilot, men vil unngå et stort endringsprosjekt akkurat nå.</w:t>
      </w:r>
    </w:p>
    <w:p>
      <w:pPr>
        <w:pStyle w:val="ListBullet"/>
      </w:pPr>
      <w:r>
        <w:t>Opplever at ansatte bruker mye tid på e-post, møtereferater og å lete etter tidligere dokumenter.</w:t>
      </w:r>
    </w:p>
    <w:p>
      <w:pPr>
        <w:pStyle w:val="ListBullet"/>
      </w:pPr>
      <w:r>
        <w:t>Vil ha en 30-dagers plan med få, konkrete tiltak som kan forklares enkelt for ledergruppen.</w:t>
      </w:r>
    </w:p>
    <w:p>
      <w:pPr>
        <w:pStyle w:val="ListBullet"/>
      </w:pPr>
      <w:r>
        <w:t>Er skeptisk til for mange piloter samtidig. Vil heller starte med 2-3 tydelige bruksområder.</w:t>
      </w:r>
    </w:p>
    <w:p>
      <w:pPr>
        <w:pStyle w:val="ListBullet"/>
      </w:pPr>
      <w:r>
        <w:t>Mener at opplæring må knyttes til faktiske arbeidsprosesser, ikke bare demonstrasjon av funksjoner.</w:t>
      </w:r>
    </w:p>
    <w:p>
      <w:pPr>
        <w:pStyle w:val="Heading2"/>
      </w:pPr>
      <w:r>
        <w:t>Økonomiansvarlig</w:t>
      </w:r>
    </w:p>
    <w:p>
      <w:pPr>
        <w:pStyle w:val="ListBullet"/>
      </w:pPr>
      <w:r>
        <w:t>Ser potensial i raskere rapportutkast, avviksforklaringer og forberedelse til månedlige ledermøter.</w:t>
      </w:r>
    </w:p>
    <w:p>
      <w:pPr>
        <w:pStyle w:val="ListBullet"/>
      </w:pPr>
      <w:r>
        <w:t>Er bekymret for at Copilot kan hente frem gamle tall eller uferdige dokumenter hvis informasjonsgrunnlaget er uklart.</w:t>
      </w:r>
    </w:p>
    <w:p>
      <w:pPr>
        <w:pStyle w:val="ListBullet"/>
      </w:pPr>
      <w:r>
        <w:t>Ønsker tydelig praksis for hva som er godkjente kilder, og hva som bare er arbeidsnotater.</w:t>
      </w:r>
    </w:p>
    <w:p>
      <w:pPr>
        <w:pStyle w:val="ListBullet"/>
      </w:pPr>
      <w:r>
        <w:t>Vil ha enkel gevinstmåling: tidsbruk på faste rapporter før og etter bruk av Copilot.</w:t>
      </w:r>
    </w:p>
    <w:p>
      <w:pPr>
        <w:pStyle w:val="Heading2"/>
      </w:pPr>
      <w:r>
        <w:t>HR-ansvarlig</w:t>
      </w:r>
    </w:p>
    <w:p>
      <w:pPr>
        <w:pStyle w:val="ListBullet"/>
      </w:pPr>
      <w:r>
        <w:t>Vil bruke Copilot til utkast til stillingsannonser, onboardingplaner og oppsummering av medarbeiderinnspill.</w:t>
      </w:r>
    </w:p>
    <w:p>
      <w:pPr>
        <w:pStyle w:val="ListBullet"/>
      </w:pPr>
      <w:r>
        <w:t>Påpeker at ansatte må forstå sikker bruk: ikke lime inn sensitive personopplysninger unødvendig.</w:t>
      </w:r>
    </w:p>
    <w:p>
      <w:pPr>
        <w:pStyle w:val="ListBullet"/>
      </w:pPr>
      <w:r>
        <w:t>Mener at noen ansatte blir usikre hvis AI introduseres som effektiviseringskrav. Budskapet bør være støtte i arbeidshverdagen.</w:t>
      </w:r>
    </w:p>
    <w:p>
      <w:pPr>
        <w:pStyle w:val="ListBullet"/>
      </w:pPr>
      <w:r>
        <w:t>Foreslår korte økter med praktiske oppgaver fremfor lange foredrag.</w:t>
      </w:r>
    </w:p>
    <w:p>
      <w:pPr>
        <w:pStyle w:val="Heading2"/>
      </w:pPr>
      <w:r>
        <w:t>IT-ansvarlig</w:t>
      </w:r>
    </w:p>
    <w:p>
      <w:pPr>
        <w:pStyle w:val="ListBullet"/>
      </w:pPr>
      <w:r>
        <w:t>Tenant er satt opp med Microsoft 365 Copilot-lisenser for 25 brukere i første omgang.</w:t>
      </w:r>
    </w:p>
    <w:p>
      <w:pPr>
        <w:pStyle w:val="ListBullet"/>
      </w:pPr>
      <w:r>
        <w:t>SharePoint-strukturen er brukbar, men ikke perfekt. Det finnes dubletter og noen gamle prosjektdokumenter.</w:t>
      </w:r>
    </w:p>
    <w:p>
      <w:pPr>
        <w:pStyle w:val="ListBullet"/>
      </w:pPr>
      <w:r>
        <w:t>Vil starte med trygg bruk, datarydding i de viktigste mappene og tydelige retningslinjer for deling.</w:t>
      </w:r>
    </w:p>
    <w:p>
      <w:pPr>
        <w:pStyle w:val="ListBullet"/>
      </w:pPr>
      <w:r>
        <w:t>Påpeker at Copilot ikke løser dårlig informasjonsarkitektur alene.</w:t>
      </w:r>
    </w:p>
    <w:p>
      <w:pPr>
        <w:pStyle w:val="ListBullet"/>
      </w:pPr>
      <w:r>
        <w:t>Ønsker å bruke Microsofts egne kilder når produktfunksjoner skal forklares internt.</w:t>
      </w:r>
    </w:p>
    <w:p>
      <w:pPr>
        <w:pStyle w:val="Heading2"/>
      </w:pPr>
      <w:r>
        <w:t>Salgs- og prosjektleder</w:t>
      </w:r>
    </w:p>
    <w:p>
      <w:pPr>
        <w:pStyle w:val="ListBullet"/>
      </w:pPr>
      <w:r>
        <w:t>Bruker mye tid på tilbudsutkast, kundereferater og statusrapporter.</w:t>
      </w:r>
    </w:p>
    <w:p>
      <w:pPr>
        <w:pStyle w:val="ListBullet"/>
      </w:pPr>
      <w:r>
        <w:t>Ser stor verdi i å få Copilot til å lage førsteutkast basert på tidligere maler og møtenotater.</w:t>
      </w:r>
    </w:p>
    <w:p>
      <w:pPr>
        <w:pStyle w:val="ListBullet"/>
      </w:pPr>
      <w:r>
        <w:t>Trenger hjelp til å prioritere: hva gir mest nytte nå, og hva bør vente?</w:t>
      </w:r>
    </w:p>
    <w:p>
      <w:pPr>
        <w:pStyle w:val="ListBullet"/>
      </w:pPr>
      <w:r>
        <w:t>Mener at beste start er konkrete oppgaver som alle kjenner igjen: møteoppsummering, e-postutkast, dokumentutkast og prosjektstatus.</w:t>
      </w:r>
    </w:p>
    <w:p>
      <w:pPr>
        <w:pStyle w:val="Heading1"/>
      </w:pPr>
      <w:r>
        <w:t>Temaer som gikk igjen</w:t>
      </w:r>
    </w:p>
    <w:p>
      <w:pPr>
        <w:pStyle w:val="ListBullet"/>
      </w:pPr>
      <w:r>
        <w:t>Rask nytte er viktigere enn full modenhetsmodell i første fase.</w:t>
      </w:r>
    </w:p>
    <w:p>
      <w:pPr>
        <w:pStyle w:val="ListBullet"/>
      </w:pPr>
      <w:r>
        <w:t>Kildekvalitet og tilgangsstyring må forklares enkelt.</w:t>
      </w:r>
    </w:p>
    <w:p>
      <w:pPr>
        <w:pStyle w:val="ListBullet"/>
      </w:pPr>
      <w:r>
        <w:t>Mange ønsker praktisk opplæring, men med rom for spørsmål og usikkerhet.</w:t>
      </w:r>
    </w:p>
    <w:p>
      <w:pPr>
        <w:pStyle w:val="ListBullet"/>
      </w:pPr>
      <w:r>
        <w:t>Ledergruppen ønsker anbefalinger som kan gjennomføres innen 30 dager.</w:t>
      </w:r>
    </w:p>
    <w:p>
      <w:pPr>
        <w:pStyle w:val="ListBullet"/>
      </w:pPr>
      <w:r>
        <w:t>Det er uklart hvem som skal eie videre gevinstoppfølging.</w:t>
      </w:r>
    </w:p>
    <w:p>
      <w:pPr>
        <w:pStyle w:val="Heading1"/>
      </w:pPr>
      <w:r>
        <w:t>Foreløpige hypoteser fra møtet</w:t>
      </w:r>
    </w:p>
    <w:p>
      <w:pPr>
        <w:pStyle w:val="ListBullet"/>
      </w:pPr>
      <w:r>
        <w:t>Første bølge bør handle om møtearbeid, dokumentutkast, e-post og prosjektstatus.</w:t>
      </w:r>
    </w:p>
    <w:p>
      <w:pPr>
        <w:pStyle w:val="ListBullet"/>
      </w:pPr>
      <w:r>
        <w:t>Økonomirapportering kan gi verdi, men bør vente til kildestrukturen er tydeligere.</w:t>
      </w:r>
    </w:p>
    <w:p>
      <w:pPr>
        <w:pStyle w:val="ListBullet"/>
      </w:pPr>
      <w:r>
        <w:t>HR-bruk kan gi rask nytte, men må håndteres med ekstra varsomhet rundt persondata.</w:t>
      </w:r>
    </w:p>
    <w:p>
      <w:pPr>
        <w:pStyle w:val="ListBullet"/>
      </w:pPr>
      <w:r>
        <w:t>Researcher kan brukes til å lage et første beslutningsgrunnlag, men resultatet må kontrolleres av ledergruppen.</w:t>
      </w:r>
    </w:p>
    <w:p>
      <w:pPr>
        <w:pStyle w:val="Heading1"/>
      </w:pPr>
      <w:r>
        <w:t>Spørsmål ledergruppen vil ha svar på</w:t>
      </w:r>
    </w:p>
    <w:p>
      <w:pPr>
        <w:pStyle w:val="ListBullet"/>
      </w:pPr>
      <w:r>
        <w:t>Hva er de 3-5 beste Copilot-bruksområdene for oss de neste 30 dagene?</w:t>
      </w:r>
    </w:p>
    <w:p>
      <w:pPr>
        <w:pStyle w:val="ListBullet"/>
      </w:pPr>
      <w:r>
        <w:t>Hva bør vi ikke starte med ennå?</w:t>
      </w:r>
    </w:p>
    <w:p>
      <w:pPr>
        <w:pStyle w:val="ListBullet"/>
      </w:pPr>
      <w:r>
        <w:t>Hvilke kilder og forutsetninger må være på plass for å få gode svar?</w:t>
      </w:r>
    </w:p>
    <w:p>
      <w:pPr>
        <w:pStyle w:val="ListBullet"/>
      </w:pPr>
      <w:r>
        <w:t>Hvordan kan vi måle om opplæringen faktisk gir nytte?</w:t>
      </w:r>
    </w:p>
    <w:p>
      <w:pPr>
        <w:pStyle w:val="ListBullet"/>
      </w:pPr>
      <w:r>
        <w:t>Hva bør være neste steg etter første 30 dager?</w:t>
      </w:r>
    </w:p>
    <w:p>
      <w:pPr>
        <w:pStyle w:val="Heading1"/>
      </w:pPr>
      <w:r>
        <w:t>Notat til Researcher</w:t>
      </w:r>
    </w:p>
    <w:p>
      <w:r>
        <w:t>Når dette dokumentet brukes i demoen, bør Researcher behandle det som interne intervjunotater. Notatene er ikke en fasit, men et grunnlag for analyse sammen med virksomhetsprofil, use case-matrise, kursmetodikk og eventuelle offisielle Microsoft-kilder.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Kurs i Copilot – Bonusinnhold – Researcher demo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ptos" w:hAnsi="Aptos" w:eastAsia="Aptos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" w:hAnsi="Aptos" w:eastAsia="Aptos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 w:eastAsia="Aptos Display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