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rPr>
          <w:b/>
        </w:rPr>
        <w:t>Virksomhetsprofil – Nordlys Prosjekt &amp; Økonomi AS</w:t>
      </w:r>
    </w:p>
    <w:p>
      <w:pPr>
        <w:jc w:val="left"/>
      </w:pPr>
      <w:r>
        <w:rPr>
          <w:i/>
        </w:rPr>
        <w:t>Fiktiv kilde til demo av Researcher i Microsoft 365 Copilot</w:t>
      </w:r>
    </w:p>
    <w:p>
      <w:r>
        <w:rPr>
          <w:b/>
        </w:rPr>
        <w:t xml:space="preserve">Dokumentstatus: </w:t>
      </w:r>
      <w:r>
        <w:t>Demo-kilde, ikke reell kundeinformasjon. Brukes som intern kontekst for Researcher-demo.</w:t>
      </w:r>
    </w:p>
    <w:p>
      <w:pPr>
        <w:pStyle w:val="Heading1"/>
      </w:pPr>
      <w:r>
        <w:t>1. Kort om virksomheten</w:t>
      </w:r>
    </w:p>
    <w:p>
      <w:pPr>
        <w:pStyle w:val="ListBullet"/>
      </w:pPr>
      <w:r>
        <w:t>Nordlys Prosjekt &amp; Økonomi AS er en fiktiv mellomstor norsk virksomhet med ca. 80 ansatte.</w:t>
      </w:r>
    </w:p>
    <w:p>
      <w:pPr>
        <w:pStyle w:val="ListBullet"/>
      </w:pPr>
      <w:r>
        <w:t>Selskapet leverer prosjektstøtte, økonomitjenester og rådgivning til små og mellomstore kunder.</w:t>
      </w:r>
    </w:p>
    <w:p>
      <w:pPr>
        <w:pStyle w:val="ListBullet"/>
      </w:pPr>
      <w:r>
        <w:t>Virksomheten har kontor i Oslo-området, men flere ansatte jobber hybrid 2–3 dager per uke.</w:t>
      </w:r>
    </w:p>
    <w:p>
      <w:pPr>
        <w:pStyle w:val="ListBullet"/>
      </w:pPr>
      <w:r>
        <w:t>Organisasjonen består av ledelse, salg/kundeoppfølging, prosjektleveranse, økonomi/regnskap, HR og en liten IT-funksjon.</w:t>
      </w:r>
    </w:p>
    <w:p>
      <w:pPr>
        <w:pStyle w:val="Heading1"/>
      </w:pPr>
      <w:r>
        <w:t>2. Dagens Microsoft 365-situasjon</w:t>
      </w:r>
    </w:p>
    <w:p>
      <w:pPr>
        <w:pStyle w:val="ListBullet"/>
      </w:pPr>
      <w:r>
        <w:t>Teams, Outlook, Word, PowerPoint og SharePoint brukes daglig.</w:t>
      </w:r>
    </w:p>
    <w:p>
      <w:pPr>
        <w:pStyle w:val="ListBullet"/>
      </w:pPr>
      <w:r>
        <w:t>Virksomheten har kjøpt et begrenset antall Microsoft 365 Copilot-lisenser til en pilotgruppe på ledere og nøkkelpersoner.</w:t>
      </w:r>
    </w:p>
    <w:p>
      <w:pPr>
        <w:pStyle w:val="ListBullet"/>
      </w:pPr>
      <w:r>
        <w:t>SharePoint brukes som dokumentlager, men struktur og navngivning varierer mellom avdelinger.</w:t>
      </w:r>
    </w:p>
    <w:p>
      <w:pPr>
        <w:pStyle w:val="ListBullet"/>
      </w:pPr>
      <w:r>
        <w:t>Noen prosjekter har god dokumentasjon, mens andre har kun møtenotater, e-poster og uformelle Teams-kanaler.</w:t>
      </w:r>
    </w:p>
    <w:p>
      <w:pPr>
        <w:pStyle w:val="ListBullet"/>
      </w:pPr>
      <w:r>
        <w:t>Det finnes ingen tydelig felles metode for Copilot-bruk ennå.</w:t>
      </w:r>
    </w:p>
    <w:p>
      <w:pPr>
        <w:pStyle w:val="Heading1"/>
      </w:pPr>
      <w:r>
        <w:t>3. Viktigste utfordringer</w:t>
      </w:r>
    </w:p>
    <w:p>
      <w:pPr>
        <w:pStyle w:val="ListBullet"/>
      </w:pPr>
      <w:r>
        <w:t>Mange ledere bruker mye tid på møteforberedelser, møtereferater og oppfølging av aksjonspunkter.</w:t>
      </w:r>
    </w:p>
    <w:p>
      <w:pPr>
        <w:pStyle w:val="ListBullet"/>
      </w:pPr>
      <w:r>
        <w:t>Statusrapporter og beslutningsnotater skrives ofte manuelt fra flere kilder.</w:t>
      </w:r>
    </w:p>
    <w:p>
      <w:pPr>
        <w:pStyle w:val="ListBullet"/>
      </w:pPr>
      <w:r>
        <w:t>Ansatte bruker tid på å lete etter dokumenter, maler, tidligere tilbud og relevante prosjekterfaringer.</w:t>
      </w:r>
    </w:p>
    <w:p>
      <w:pPr>
        <w:pStyle w:val="ListBullet"/>
      </w:pPr>
      <w:r>
        <w:t>Det er usikkerhet rundt hva som er trygg og god bruk av Copilot, særlig knyttet til konfidensiell informasjon og kildekvalitet.</w:t>
      </w:r>
    </w:p>
    <w:p>
      <w:pPr>
        <w:pStyle w:val="ListBullet"/>
      </w:pPr>
      <w:r>
        <w:t>Ledelsen ønsker rask praktisk nytte, men vil unngå et stort transformasjonsprosjekt.</w:t>
      </w:r>
    </w:p>
    <w:p>
      <w:pPr>
        <w:pStyle w:val="Heading1"/>
      </w:pPr>
      <w:r>
        <w:t>4. Ledelsens mål de neste 30 dagene</w:t>
      </w:r>
    </w:p>
    <w:p>
      <w:pPr>
        <w:pStyle w:val="ListBullet"/>
      </w:pPr>
      <w:r>
        <w:t>Finne 3–5 konkrete Copilot-bruksområder som gir rask hverdagsnytte.</w:t>
      </w:r>
    </w:p>
    <w:p>
      <w:pPr>
        <w:pStyle w:val="ListBullet"/>
      </w:pPr>
      <w:r>
        <w:t>Etablere en enkel trygg-bruk-praksis for ledere og nøkkelpersoner.</w:t>
      </w:r>
    </w:p>
    <w:p>
      <w:pPr>
        <w:pStyle w:val="ListBullet"/>
      </w:pPr>
      <w:r>
        <w:t>Redusere tid brukt på møtenotater, e-postutkast og statusoppsummeringer.</w:t>
      </w:r>
    </w:p>
    <w:p>
      <w:pPr>
        <w:pStyle w:val="ListBullet"/>
      </w:pPr>
      <w:r>
        <w:t>Lage en enkel plan for videre utrulling etter pilotperioden.</w:t>
      </w:r>
    </w:p>
    <w:p>
      <w:pPr>
        <w:pStyle w:val="ListBullet"/>
      </w:pPr>
      <w:r>
        <w:t>Bygge erfaring før virksomheten eventuelt utvider antall lisenser.</w:t>
      </w:r>
    </w:p>
    <w:p>
      <w:pPr>
        <w:pStyle w:val="Heading1"/>
      </w:pPr>
      <w:r>
        <w:t>5. Foreløpige prioriterte bruksområder</w:t>
      </w:r>
    </w:p>
    <w:p>
      <w:pPr>
        <w:pStyle w:val="ListBullet"/>
      </w:pPr>
      <w:r>
        <w:t>Oppsummere Teams-møter og lage tydelige aksjonspunkter.</w:t>
      </w:r>
    </w:p>
    <w:p>
      <w:pPr>
        <w:pStyle w:val="ListBullet"/>
      </w:pPr>
      <w:r>
        <w:t>Lage førsteutkast til beslutningsnotater og statusrapporter.</w:t>
      </w:r>
    </w:p>
    <w:p>
      <w:pPr>
        <w:pStyle w:val="ListBullet"/>
      </w:pPr>
      <w:r>
        <w:t>Forbedre e-postutkast, kundeoppfølging og interne meldinger.</w:t>
      </w:r>
    </w:p>
    <w:p>
      <w:pPr>
        <w:pStyle w:val="ListBullet"/>
      </w:pPr>
      <w:r>
        <w:t>Finne og oppsummere relevante dokumenter i SharePoint.</w:t>
      </w:r>
    </w:p>
    <w:p>
      <w:pPr>
        <w:pStyle w:val="ListBullet"/>
      </w:pPr>
      <w:r>
        <w:t>Lage korte presentasjoner basert på eksisterende notater og rapporter.</w:t>
      </w:r>
    </w:p>
    <w:p>
      <w:pPr>
        <w:pStyle w:val="Heading1"/>
      </w:pPr>
      <w:r>
        <w:t>6. Begrensninger og risikoer</w:t>
      </w:r>
    </w:p>
    <w:p>
      <w:pPr>
        <w:pStyle w:val="ListBullet"/>
      </w:pPr>
      <w:r>
        <w:t>Datakvaliteten i SharePoint er ujevn, og enkelte områder har svak dokumentstruktur.</w:t>
      </w:r>
    </w:p>
    <w:p>
      <w:pPr>
        <w:pStyle w:val="ListBullet"/>
      </w:pPr>
      <w:r>
        <w:t>Noen ansatte er skeptiske til AI og trenger enkel opplæring med praktiske eksempler.</w:t>
      </w:r>
    </w:p>
    <w:p>
      <w:pPr>
        <w:pStyle w:val="ListBullet"/>
      </w:pPr>
      <w:r>
        <w:t>IT har begrenset kapasitet til støtte og governance-arbeid.</w:t>
      </w:r>
    </w:p>
    <w:p>
      <w:pPr>
        <w:pStyle w:val="ListBullet"/>
      </w:pPr>
      <w:r>
        <w:t>Ledelsen må avklare hvilke informasjonskategorier som ikke skal brukes i åpne prompts.</w:t>
      </w:r>
    </w:p>
    <w:p>
      <w:pPr>
        <w:pStyle w:val="ListBullet"/>
      </w:pPr>
      <w:r>
        <w:t>Gevinstene må måles enkelt, ellers blir piloten vurdert på anekdoter.</w:t>
      </w:r>
    </w:p>
    <w:p>
      <w:pPr>
        <w:pStyle w:val="Heading1"/>
      </w:pPr>
      <w:r>
        <w:t>7. Foreløpige suksesskriterier</w:t>
      </w:r>
    </w:p>
    <w:p>
      <w:pPr>
        <w:pStyle w:val="ListBullet"/>
      </w:pPr>
      <w:r>
        <w:t>10–15 ledere og nøkkelpersoner gjennomfører praktisk opplæring.</w:t>
      </w:r>
    </w:p>
    <w:p>
      <w:pPr>
        <w:pStyle w:val="ListBullet"/>
      </w:pPr>
      <w:r>
        <w:t>Minst tre prioriterte bruksområder testes i reell arbeidshverdag.</w:t>
      </w:r>
    </w:p>
    <w:p>
      <w:pPr>
        <w:pStyle w:val="ListBullet"/>
      </w:pPr>
      <w:r>
        <w:t>Pilotgruppen dokumenterer konkrete eksempler på spart tid eller bedre kvalitet.</w:t>
      </w:r>
    </w:p>
    <w:p>
      <w:pPr>
        <w:pStyle w:val="ListBullet"/>
      </w:pPr>
      <w:r>
        <w:t>Virksomheten får en enkel anbefaling for 30/60/90-dagers videreføring.</w:t>
      </w:r>
    </w:p>
    <w:p>
      <w:pPr>
        <w:pStyle w:val="ListBullet"/>
      </w:pPr>
      <w:r>
        <w:t>Det etableres en kort veiledning for trygg og effektiv bruk av Copilot.</w:t>
      </w:r>
    </w:p>
    <w:p>
      <w:pPr>
        <w:pStyle w:val="Heading1"/>
      </w:pPr>
      <w:r>
        <w:t>8. Spørsmål Researcher skal bidra til å besvare</w:t>
      </w:r>
    </w:p>
    <w:p>
      <w:pPr>
        <w:pStyle w:val="ListBullet"/>
      </w:pPr>
      <w:r>
        <w:t>Hva bør virksomheten starte med de første 30 dagene for å få praktisk verdi av Microsoft 365 Copilot?</w:t>
      </w:r>
    </w:p>
    <w:p>
      <w:pPr>
        <w:pStyle w:val="ListBullet"/>
      </w:pPr>
      <w:r>
        <w:t>Hvilke bruksområder gir rask nytte uten høy risiko eller stort endringsprosjekt?</w:t>
      </w:r>
    </w:p>
    <w:p>
      <w:pPr>
        <w:pStyle w:val="ListBullet"/>
      </w:pPr>
      <w:r>
        <w:t>Hvilke forutsetninger må være på plass før videre utrulling?</w:t>
      </w:r>
    </w:p>
    <w:p>
      <w:pPr>
        <w:pStyle w:val="ListBullet"/>
      </w:pPr>
      <w:r>
        <w:t>Hva bør virksomheten vente med til den har mer erfaring og bedre datagrunnlag?</w:t>
      </w:r>
    </w:p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Kildepakke til Researcher-demo – Bonusinnhold i Kurs i Copilot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color w:val="17365D" w:themeColor="text2" w:themeShade="BF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Virksomhetsprofil – Nordlys Prosjekt &amp; Økonomi AS</dc:title>
  <dc:subject>Fiktiv demo-kilde for Researcher i Microsoft 365 Copilot</dc:subject>
  <dc:creator>Lars Moltu / Kurs i Copilot</dc:creator>
  <cp:keywords/>
  <dc:description>Fiktiv kildefil til bonusinnhold.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