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D4B24" w14:textId="77777777" w:rsidR="00362112" w:rsidRDefault="0004136E">
      <w:pPr>
        <w:pStyle w:val="Overskrift1"/>
      </w:pPr>
      <w:r>
        <w:t>Møtenotater – status prosjekt Nova</w:t>
      </w:r>
    </w:p>
    <w:p w14:paraId="67E878BF" w14:textId="77777777" w:rsidR="00362112" w:rsidRDefault="0004136E">
      <w:r>
        <w:t>Tidspunkt: Tirsdag</w:t>
      </w:r>
      <w:r>
        <w:br/>
        <w:t>Deltakere: Kari, Per, prosjektgruppen</w:t>
      </w:r>
      <w:r>
        <w:br/>
      </w:r>
    </w:p>
    <w:p w14:paraId="5C6D1AF7" w14:textId="77777777" w:rsidR="00362112" w:rsidRDefault="0004136E">
      <w:r>
        <w:t>Vi hadde statusmøte om prosjekt Nova tirsdag.</w:t>
      </w:r>
      <w:r>
        <w:br/>
      </w:r>
      <w:r>
        <w:br/>
      </w:r>
      <w:r>
        <w:t>Det ble snakket om fremdrift, budsjett og risiko. Det er forsinkelser på leveranser fra leverandør X, spesielt på integrasjonsdelen.</w:t>
      </w:r>
      <w:r>
        <w:br/>
      </w:r>
      <w:r>
        <w:br/>
        <w:t>Kari mente at dette kan påvirke tidsplanen, mens Per var mer opptatt av kostnadene.</w:t>
      </w:r>
      <w:r>
        <w:br/>
      </w:r>
      <w:r>
        <w:br/>
        <w:t>Det ble også nevnt at kommunikasjonen med IT ikke fungerer optimalt.</w:t>
      </w:r>
      <w:r>
        <w:br/>
      </w:r>
      <w:r>
        <w:br/>
        <w:t>Neste møte er om to uker.</w:t>
      </w:r>
      <w:r>
        <w:br/>
      </w:r>
      <w:r>
        <w:br/>
        <w:t>Det var litt uklart hvem som gjør hva videre, men det ble nevnt at noen burde følge opp leverandøren og at risiko bør løftes til styringsgruppen.</w:t>
      </w:r>
    </w:p>
    <w:sectPr w:rsidR="0036211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73222787">
    <w:abstractNumId w:val="8"/>
  </w:num>
  <w:num w:numId="2" w16cid:durableId="737215005">
    <w:abstractNumId w:val="6"/>
  </w:num>
  <w:num w:numId="3" w16cid:durableId="1903565788">
    <w:abstractNumId w:val="5"/>
  </w:num>
  <w:num w:numId="4" w16cid:durableId="128524694">
    <w:abstractNumId w:val="4"/>
  </w:num>
  <w:num w:numId="5" w16cid:durableId="935358967">
    <w:abstractNumId w:val="7"/>
  </w:num>
  <w:num w:numId="6" w16cid:durableId="671832291">
    <w:abstractNumId w:val="3"/>
  </w:num>
  <w:num w:numId="7" w16cid:durableId="1058822489">
    <w:abstractNumId w:val="2"/>
  </w:num>
  <w:num w:numId="8" w16cid:durableId="1341201695">
    <w:abstractNumId w:val="1"/>
  </w:num>
  <w:num w:numId="9" w16cid:durableId="1354113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136E"/>
    <w:rsid w:val="0006063C"/>
    <w:rsid w:val="0015074B"/>
    <w:rsid w:val="0029639D"/>
    <w:rsid w:val="00326F90"/>
    <w:rsid w:val="00362112"/>
    <w:rsid w:val="003B7734"/>
    <w:rsid w:val="00850738"/>
    <w:rsid w:val="00AA1D8D"/>
    <w:rsid w:val="00B47730"/>
    <w:rsid w:val="00CB0664"/>
    <w:rsid w:val="00F3701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3B1306"/>
  <w14:defaultImageDpi w14:val="300"/>
  <w15:docId w15:val="{E8588346-6339-6840-8C90-A61D8CE03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508</Characters>
  <Application>Microsoft Office Word</Application>
  <DocSecurity>0</DocSecurity>
  <Lines>17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Copilot Demo</cp:lastModifiedBy>
  <cp:revision>2</cp:revision>
  <dcterms:created xsi:type="dcterms:W3CDTF">2026-01-30T10:19:00Z</dcterms:created>
  <dcterms:modified xsi:type="dcterms:W3CDTF">2026-01-30T10:19:00Z</dcterms:modified>
  <cp:category/>
</cp:coreProperties>
</file>